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Student CV Toolkit</w:t>
      </w:r>
    </w:p>
    <w:p>
      <w:r>
        <w:t>Editable template and worked example for students in Bangladesh</w:t>
      </w:r>
    </w:p>
    <w:p>
      <w:r>
        <w:t>Use this toolkit to prepare a clear first CV for a part-time job or internship. Page 2 is the editable template; page 3 shows a fictional completed example. Replace every placeholder with truthful information and tailor the CV to the vacancy.</w:t>
      </w:r>
    </w:p>
    <w:p>
      <w:pPr>
        <w:pStyle w:val="Heading1"/>
      </w:pPr>
      <w:r>
        <w:t>How to use the template</w:t>
      </w:r>
    </w:p>
    <w:p>
      <w:pPr>
        <w:pStyle w:val="ListBullet"/>
      </w:pPr>
      <w:r>
        <w:t>Open this file in Microsoft Word, Google Docs or LibreOffice Writer and save a working copy.</w:t>
      </w:r>
    </w:p>
    <w:p>
      <w:pPr>
        <w:pStyle w:val="ListBullet"/>
      </w:pPr>
      <w:r>
        <w:t>Keep page 2 and delete pages 1 and 3 from the copy you will send to an employer. Replace all square-bracketed text and remove sections that do not apply.</w:t>
      </w:r>
    </w:p>
    <w:p>
      <w:pPr>
        <w:pStyle w:val="ListBullet"/>
      </w:pPr>
      <w:r>
        <w:t>Read the job description. Include relevant skills and projects you can explain or demonstrate; never copy the fictional example as your own history.</w:t>
      </w:r>
    </w:p>
    <w:p>
      <w:pPr>
        <w:pStyle w:val="ListBullet"/>
      </w:pPr>
      <w:r>
        <w:t>Save an editable copy. Export a PDF if the application accepts PDF, or send the format requested by the employer. Open the exported file before sending it.</w:t>
      </w:r>
    </w:p>
    <w:p>
      <w:pPr>
        <w:pStyle w:val="Heading1"/>
      </w:pPr>
      <w:r>
        <w:t>Before you send your CV</w:t>
      </w:r>
    </w:p>
    <w:p>
      <w:pPr>
        <w:pStyle w:val="ListBullet"/>
      </w:pPr>
      <w:r>
        <w:t>Name, mobile number and email are correct; portfolio links open without a sign-in request.</w:t>
      </w:r>
    </w:p>
    <w:p>
      <w:pPr>
        <w:pStyle w:val="ListBullet"/>
      </w:pPr>
      <w:r>
        <w:t>Education, dates, grades, skills and experience are accurate. Omit grades rather than inventing them.</w:t>
      </w:r>
    </w:p>
    <w:p>
      <w:pPr>
        <w:pStyle w:val="ListBullet"/>
      </w:pPr>
      <w:r>
        <w:t>At least one project or activity shows a skill relevant to the vacancy.</w:t>
      </w:r>
    </w:p>
    <w:p>
      <w:pPr>
        <w:pStyle w:val="ListBullet"/>
      </w:pPr>
      <w:r>
        <w:t>Every bullet explains what you did, using a result or scale only when you can support it.</w:t>
      </w:r>
    </w:p>
    <w:p>
      <w:pPr>
        <w:pStyle w:val="ListBullet"/>
      </w:pPr>
      <w:r>
        <w:t>No placeholders, spelling errors, comments or unwanted instruction pages remain.</w:t>
      </w:r>
    </w:p>
    <w:p>
      <w:pPr>
        <w:pStyle w:val="ListBullet"/>
      </w:pPr>
      <w:r>
        <w:t>The file is readable on a phone and has a clear name such as Firstname-Lastname-CV.pdf.</w:t>
      </w:r>
    </w:p>
    <w:p>
      <w:pPr>
        <w:pStyle w:val="Heading1"/>
      </w:pPr>
      <w:r>
        <w:t>Personal information and review</w:t>
      </w:r>
    </w:p>
    <w:p>
      <w:r>
        <w:t>City or district is enough for this template. Add other personal information only when the employer specifically requires it and you are comfortable sharing it. Do not put NID scans, banking details, passwords, OTPs or PINs in your CV.</w:t>
      </w:r>
    </w:p>
    <w:p>
      <w:r>
        <w:t>Ask a trusted teacher, career adviser or recruiter to review your actual CV. This toolkit has no claimed employer endorsement or independent expert review. It does not guarantee interviews or employment.</w:t>
      </w:r>
    </w:p>
    <w:p>
      <w:r>
        <w:t>Prepared by BlogerHub  |  Version 1  |  26 October 2026</w:t>
      </w:r>
    </w:p>
    <w:p>
      <w:r>
        <w:br w:type="page"/>
      </w:r>
    </w:p>
    <w:p>
      <w:pPr>
        <w:pStyle w:val="Title"/>
      </w:pPr>
      <w:r>
        <w:t>Your Full Name</w:t>
      </w:r>
    </w:p>
    <w:p>
      <w:r>
        <w:t>[City or district, Bangladesh]  |  [Mobile]  |  [Professional email]</w:t>
      </w:r>
    </w:p>
    <w:p>
      <w:r>
        <w:t>[LinkedIn or portfolio URL if relevant]</w:t>
      </w:r>
    </w:p>
    <w:p>
      <w:pPr>
        <w:pStyle w:val="Heading1"/>
      </w:pPr>
      <w:r>
        <w:t>Profile</w:t>
      </w:r>
    </w:p>
    <w:p>
      <w:r>
        <w:t>[Current programme] student with practical skills in [two relevant skills]. Completed [a relevant project or activity] involving [specific task]. Seeking a [target role] and available [truthful work schedule].</w:t>
      </w:r>
    </w:p>
    <w:p>
      <w:pPr>
        <w:pStyle w:val="Heading1"/>
      </w:pPr>
      <w:r>
        <w:t>Education</w:t>
      </w:r>
    </w:p>
    <w:p>
      <w:r>
        <w:t>[Degree or qualification] in [Subject]  |  [Institution, city]</w:t>
      </w:r>
    </w:p>
    <w:p>
      <w:r>
        <w:t>[Start year] to [Expected completion year]  |  [Grade or CGPA if you choose to include it]</w:t>
      </w:r>
    </w:p>
    <w:p>
      <w:r>
        <w:t>[Previous qualification]  |  [Institution]  |  [Completion year]</w:t>
      </w:r>
    </w:p>
    <w:p>
      <w:pPr>
        <w:pStyle w:val="Heading1"/>
      </w:pPr>
      <w:r>
        <w:t>Relevant Skills</w:t>
      </w:r>
    </w:p>
    <w:p>
      <w:pPr>
        <w:pStyle w:val="ListBullet"/>
      </w:pPr>
      <w:r>
        <w:t>[Tool or skill] — [specific task you can perform]</w:t>
      </w:r>
    </w:p>
    <w:p>
      <w:pPr>
        <w:pStyle w:val="ListBullet"/>
      </w:pPr>
      <w:r>
        <w:t>[Tool or skill] — [specific task you can perform]</w:t>
      </w:r>
    </w:p>
    <w:p>
      <w:pPr>
        <w:pStyle w:val="ListBullet"/>
      </w:pPr>
      <w:r>
        <w:t>[Communication or organisation skill] — [brief evidence]</w:t>
      </w:r>
    </w:p>
    <w:p>
      <w:pPr>
        <w:pStyle w:val="Heading1"/>
      </w:pPr>
      <w:r>
        <w:t>Projects and Practical Work</w:t>
      </w:r>
    </w:p>
    <w:p>
      <w:r>
        <w:t>[Project name]  |  [Personal or academic project]  |  [Month and year]</w:t>
      </w:r>
    </w:p>
    <w:p>
      <w:pPr>
        <w:pStyle w:val="ListBullet"/>
      </w:pPr>
      <w:r>
        <w:t>[Action verb] [what you created or checked] using [tool or method].</w:t>
      </w:r>
    </w:p>
    <w:p>
      <w:pPr>
        <w:pStyle w:val="ListBullet"/>
      </w:pPr>
      <w:r>
        <w:t>[Explain an accurate result or the scope of your work; include a sample link when available.]</w:t>
      </w:r>
    </w:p>
    <w:p>
      <w:pPr>
        <w:pStyle w:val="Heading1"/>
      </w:pPr>
      <w:r>
        <w:t>Experience or Activities</w:t>
      </w:r>
    </w:p>
    <w:p>
      <w:r>
        <w:t>[Role or responsibility]  |  [Organisation or activity]  |  [Dates]</w:t>
      </w:r>
    </w:p>
    <w:p>
      <w:pPr>
        <w:pStyle w:val="ListBullet"/>
      </w:pPr>
      <w:r>
        <w:t>[Describe a real responsibility and how you carried it out.]</w:t>
      </w:r>
    </w:p>
    <w:p>
      <w:pPr>
        <w:pStyle w:val="ListBullet"/>
      </w:pPr>
      <w:r>
        <w:t>[Add a second relevant contribution, or remove this bullet.]</w:t>
      </w:r>
    </w:p>
    <w:p>
      <w:pPr>
        <w:pStyle w:val="Heading1"/>
      </w:pPr>
      <w:r>
        <w:t>Languages and Availability</w:t>
      </w:r>
    </w:p>
    <w:p>
      <w:r>
        <w:t>Bangla — [accurate level]  |  English — [accurate level]</w:t>
      </w:r>
    </w:p>
    <w:p>
      <w:r>
        <w:t>Available [days and hours]. [Location or remote-work preference if relevant.]</w:t>
      </w:r>
    </w:p>
    <w:p>
      <w:r>
        <w:br w:type="page"/>
      </w:r>
    </w:p>
    <w:p>
      <w:pPr>
        <w:pStyle w:val="Title"/>
      </w:pPr>
      <w:r>
        <w:t>Nabila Rahman</w:t>
      </w:r>
    </w:p>
    <w:p>
      <w:r>
        <w:t>Dhaka, Bangladesh  |  [Mobile number]  |  nabila.student@example.com</w:t>
      </w:r>
    </w:p>
    <w:p>
      <w:r>
        <w:t>Fictional example for learning only. All education, activities and project details below are invented. Replace them with your own truthful information.</w:t>
      </w:r>
    </w:p>
    <w:p>
      <w:pPr>
        <w:pStyle w:val="Heading1"/>
      </w:pPr>
      <w:r>
        <w:t>Profile</w:t>
      </w:r>
    </w:p>
    <w:p>
      <w:r>
        <w:t>BBA student with practice in spreadsheet organisation, product listing and written customer communication. Built a fictional product catalogue to demonstrate data checking and clear formatting. Seeking a part-time administrative support role with evening availability.</w:t>
      </w:r>
    </w:p>
    <w:p>
      <w:pPr>
        <w:pStyle w:val="Heading1"/>
      </w:pPr>
      <w:r>
        <w:t>Education</w:t>
      </w:r>
    </w:p>
    <w:p>
      <w:r>
        <w:t>Bachelor of Business Administration  |  Example University, Dhaka</w:t>
      </w:r>
    </w:p>
    <w:p>
      <w:r>
        <w:t>2025 to expected 2029</w:t>
      </w:r>
    </w:p>
    <w:p>
      <w:r>
        <w:t>Higher Secondary Certificate  |  Example College  |  2024</w:t>
      </w:r>
    </w:p>
    <w:p>
      <w:pPr>
        <w:pStyle w:val="Heading1"/>
      </w:pPr>
      <w:r>
        <w:t>Relevant Skills</w:t>
      </w:r>
    </w:p>
    <w:p>
      <w:pPr>
        <w:pStyle w:val="ListBullet"/>
      </w:pPr>
      <w:r>
        <w:t>Google Sheets — sorting, filtering, consistent formatting and duplicate checks.</w:t>
      </w:r>
    </w:p>
    <w:p>
      <w:pPr>
        <w:pStyle w:val="ListBullet"/>
      </w:pPr>
      <w:r>
        <w:t>Product listing — organising names, categories, prices and stock fields.</w:t>
      </w:r>
    </w:p>
    <w:p>
      <w:pPr>
        <w:pStyle w:val="ListBullet"/>
      </w:pPr>
      <w:r>
        <w:t>Written communication — drafting clear enquiries and concise follow-up messages.</w:t>
      </w:r>
    </w:p>
    <w:p>
      <w:pPr>
        <w:pStyle w:val="Heading1"/>
      </w:pPr>
      <w:r>
        <w:t>Projects and Practical Work</w:t>
      </w:r>
    </w:p>
    <w:p>
      <w:r>
        <w:t>Practice Product Catalogue  |  Personal project  |  October 2026</w:t>
      </w:r>
    </w:p>
    <w:p>
      <w:pPr>
        <w:pStyle w:val="ListBullet"/>
      </w:pPr>
      <w:r>
        <w:t>Created a 30-item fictional catalogue in Google Sheets with SKU, category, price and stock columns.</w:t>
      </w:r>
    </w:p>
    <w:p>
      <w:pPr>
        <w:pStyle w:val="ListBullet"/>
      </w:pPr>
      <w:r>
        <w:t>Checked duplicate SKUs and missing fields, then wrote a short data-entry checklist.</w:t>
      </w:r>
    </w:p>
    <w:p>
      <w:pPr>
        <w:pStyle w:val="ListBullet"/>
      </w:pPr>
      <w:r>
        <w:t>Prepared a shareable sample containing invented data only; no client work is claimed.</w:t>
      </w:r>
    </w:p>
    <w:p>
      <w:pPr>
        <w:pStyle w:val="Heading1"/>
      </w:pPr>
      <w:r>
        <w:t>Experience or Activities</w:t>
      </w:r>
    </w:p>
    <w:p>
      <w:r>
        <w:t>Event Volunteer  |  Fictional Student Business Club  |  September 2026</w:t>
      </w:r>
    </w:p>
    <w:p>
      <w:pPr>
        <w:pStyle w:val="ListBullet"/>
      </w:pPr>
      <w:r>
        <w:t>Organised a participant list and helped the event team check attendance.</w:t>
      </w:r>
    </w:p>
    <w:p>
      <w:pPr>
        <w:pStyle w:val="ListBullet"/>
      </w:pPr>
      <w:r>
        <w:t>Drafted a reminder message and confirmed task deadlines with the team.</w:t>
      </w:r>
    </w:p>
    <w:p>
      <w:pPr>
        <w:pStyle w:val="Heading1"/>
      </w:pPr>
      <w:r>
        <w:t>Languages and Availability</w:t>
      </w:r>
    </w:p>
    <w:p>
      <w:r>
        <w:t>Bangla — fluent  |  English — comfortable with routine written communication</w:t>
      </w:r>
    </w:p>
    <w:p>
      <w:r>
        <w:t>Available Sunday to Thursday, 6 pm to 9 pm; daytime classes take priority.</w:t>
      </w:r>
    </w:p>
    <w:p>
      <w:r>
        <w:t>Example of truthful tailoring: a spreadsheet role should emphasise the catalogue project. For another role, highlight the actual skills and evidence that match its requirements.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blogerhub.com/student-cv-format-bangladesh/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BLOGERHUB  |  STUDENT CAREER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CV Toolkit for Bangladesh</dc:title>
  <dc:subject>Editable student CV template fictional sample and checklist</dc:subject>
  <dc:creator>BlogerHub</dc:creator>
  <cp:keywords/>
  <dc:description>generated by python-docx</dc:description>
  <cp:lastModifiedBy/>
  <cp:revision>1</cp:revision>
  <dcterms:created xsi:type="dcterms:W3CDTF">2013-12-23T23:15:00Z</dcterms:created>
  <dcterms:modified xsi:type="dcterms:W3CDTF">2013-12-23T23:15:00Z</dcterms:modified>
  <cp:category/>
</cp:coreProperties>
</file>